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עזר למניעת שגיאות כתיב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הכלל המתאים לבחירת האות הנכונה (ט/ת, כ/ח, ק/כּ, א/ע, ס/שׂ, ב/ו, ה/א בסוף מילה)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מילה ממשפחת המילים כדי לבדוק 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מילים מהכרטיסיות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האות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חָלָב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ילדה, מורה,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 תמיד נשמעת k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לכן קשה לדעת מתי לכתוב שׂ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נכתבות לרוב בט, כמו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לדוגמה מלך־מלכים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לכן קשה להבדיל ביניהן בכתיב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האות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למשפחת המילים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(זִכָּרוֹן – שומעים k, לכן 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(דַּרְכִּי – שומעים k, לכן 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(יִשְׁבֹּר – שומעים b, לכן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(עֵצִים – האות חוזרת לצ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(מְלָכִים – האות חוזרת לכ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מילה מאותה משפחה. אם באחת הצורות שומעים k, כותבים כ. אם לא שומעים k באף צורה, כותבים 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תרגיל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שני משפטים הגיוניים עם איות נכון של עץ (ע) ואוזן (א).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נכתבת באות המתאימה לה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חָבֵר – חֲבֵרִים/חַבְרוּת, שומעים b, לכן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ך ם ן ף ץ (מנצפ"ך)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כל כרטיסייה בנפרד לפני המעבר לדף המלא, כפי שמוצע בעמוד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לומר את המילים בקול לפני הכתיבה, כדי לחזק את הזיכרון השמיעתי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עם skip_n אפשר לדלג בכיתות או קבוצות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עזר למניעת שגיאות כתיב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אותיות שנשמעות דומה. נלמד איך לבדוק באיזו אות לכתוב 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שבאות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העיקריות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בסוף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באות שמשנה את הצליל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מנצפ"ך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חמש אותיות שמשנות צורה בסוף מילה: ך ם ן ף 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שין שמאלית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שׂ, נשמעת כמו 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צליל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שאות משמיעה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האות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מתאימה למילה 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נכתבת עם 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מֶלֶךְ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חָלָב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בְּרָכָה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זָכַר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מתאימה למילה 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תמיד נשמעת k ולא kh?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כותבים מילים לועזיות עם צליל t?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מסתיימת באות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מילה, צורת נקבה מסתיימת לרוב באות 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ק יכולה להישמע גם כמו kh.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שׂ (שין שמאלית) נשמעת כמו האות 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לועזיות עם צליל t נכתבות לרוב באות 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כשמוסיפים סיומת לאות סופית כמו ך, היא חוזרת לצורה הרגילה כ.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ב בלי דגש ו-ו נשמעות שתיהן כמו v.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האות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מֶלֶךְ שייך למשפחת מַלְכָּה, לכן כותבים __________ (לא ח).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לֵב שייך למשפחת לִבִּי, לכן כותבים __________ (לא ו).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עֵץ ברבים הוא עֵצִים, לכן באות הסופית כותבים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צָחַק הופך לִצְחוֹק (תמיד k), לכן כותבים __________ (לא כּ).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לועזית כמו אוטובוס נכתבת עם הצליל t באות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זָכַר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מְלָכִים – האות חוזרת לכ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דֶּרֶךְ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יִשְׁבֹּר – שומעים b, לכן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שָׁבַר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דַּרְכִּי – שומעים k, לכן 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עֵץ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זִכָּרוֹן – שומעים k, לכן 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מֶלֶךְ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עֵצִים – האות חוזרת לצ רגילה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איך בודקים אם לכתוב כ או ח במילה חדשה.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תרגיל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במשפט אחד השתמשו במילה 'עץ' ובמשפט השני במילה 'אוזן', כך שיהיה ברור שאתם יודעים איזו אות (א או ע) מתאימה לכל 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האות כ ומילה אחת עם האות 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משפחת המילים שעוזרת לדעת שבמילה 'חבר' כותבים ב ולא 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 האותיות שמשנות צורה בסוף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עזר למניעת שגיאות כתיב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