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עזר למניעת שגיאות כתיב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הכלל המתאים לבחירת האות הנכונה (ט/ת, כ/ח, ק/כּ, א/ע, ס/שׂ, ב/ו, ה/א בסוף מילה)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מילה ממשפחת המילים כדי לבדוק 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מילים מהכרטיסיות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האות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חָלָב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ילדה, מורה,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 תמיד נשמעת k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נכתבות לרוב בט, כמו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האות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למשפחת המילים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(זִכָּרוֹן – שומעים k, לכן 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(דַּרְכִּי – שומעים k, לכן 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(יִשְׁבֹּר – שומעים b, לכן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(עֵצִים – האות חוזרת לצ רגילה)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תרגיל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שני משפטים הגיוניים עם איות נכון של עץ (ע) ואוזן (א).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נכתבת באות המתאימה לה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חָבֵר – חֲבֵרִים/חַבְרוּת, שומעים b, לכן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ך ם ן ף ץ (מנצפ"ך)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כל כרטיסייה בנפרד לפני המעבר לדף המלא, כפי שמוצע בעמוד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לומר את המילים בקול לפני הכתיבה, כדי לחזק את הזיכרון השמיעתי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עם skip_n אפשר לדלג בכיתות או קבוצות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עזר למניעת שגיאות כתיב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הכרטיסיות שעוזרות לזכור איך לכתוב מילים עם אותיות שנשמעות דומה. בכל פעם נבדוק את משפחת המילים כדי למצוא את האות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ץ  ·  כ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האות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אות נכתבת המילה 'טיול'?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נכתבת באות ח ולא כ?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מֶלֶךְ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חָלָב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בְּרָכָה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אות נכתבת במילה 'כדור' (נשמעת k בדגש)?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מילה, צורת נקבה מסתיימת לרוב באות 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ק יכולה להישמע גם כמו kh.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לועזיות עם צליל t נכתבות לרוב באות 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האות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מֶלֶךְ שייך למשפחת מַלְכָּה, לכן כותבים __________ (לא ח).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עֵץ ברבים הוא עֵצִים, לכן באות הסופית כותבים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מילה למשפחת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זָכַר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עֵצִים – האות חוזרת לצ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דֶּרֶךְ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יִשְׁבֹּר – שומעים b, לכן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שָׁבַר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זִכָּרוֹן – שומעים k, לכן כ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עֵץ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דַּרְכִּי – שומעים k, לכן כ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תרגיל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משפטים: במשפט אחד השתמשו במילה 'עץ' ובמשפט השני במילה 'אוזן', כך שיהיה ברור שאתם יודעים איזו אות (א או ע) מתאימה לכל 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עם האות כ ומילה אחת עם האות 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משפחת המילים שעוזרת לדעת שבמילה 'חבר' כותבים ב ולא 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עזר למניעת שגיאות כתיב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